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אסטרטגיות קריאה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מערכי שיעור – קוראים חכם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5 מערכים של 45 דקות · אסטרטגיות קריאה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 w:val="0"/>
          <w:sz w:val="80"/>
          <w:szCs w:val="80"/>
          <w:rtl w:val="1"/>
        </w:rPr>
        <w:t>🔤 🪪 🧭 🚦 ☂️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🎈 יסודי   ·   🚀 חט״ב   ·   🎓 תיכון   ·   💛 חנ״מ   ·   🌍 עולים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מפת התאמות והנגשות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מש״ה – פותרים מילה חדשה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תעודת זהות של 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לפני · תוך כדי · אחרי הקריאה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מילות קישור – תמרורים בטקסט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6. רעיון מרכזי – מה העיקר?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🗺️ 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בכל שיעור מתאימים את הפעילות לשכבה ולמסלול. הטבלה מרכזת את העקרונות לכל שכבה: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24" w:color="FFFFFF"/>
          <w:left w:val="single" w:sz="24" w:color="FFFFFF"/>
          <w:bottom w:val="single" w:sz="24" w:color="FFFFFF"/>
          <w:right w:val="single" w:sz="24" w:color="FFFFFF"/>
          <w:insideH w:val="single" w:sz="24" w:color="FFFFFF"/>
          <w:insideV w:val="single" w:sz="24" w:color="FFFFFF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💛 חנ״מ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1"/>
                <w:szCs w:val="21"/>
                <w:rtl w:val="1"/>
              </w:rPr>
              <w:t>הקראה, 2–3 אפשרויות, אימוג׳י ליד כל מילה, בלי שעון, משימות קצרות.</w:t>
            </w:r>
          </w:p>
        </w:tc>
        <w:tc>
          <w:tcPr>
            <w:tcW w:type="dxa" w:w="3402"/>
            <w:shd w:val="clear" w:color="auto" w:fill="D4F1F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🌍 עולים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1"/>
                <w:szCs w:val="21"/>
                <w:rtl w:val="1"/>
              </w:rPr>
              <w:t>עברית פשוטה, מילון דו־לשוני, מילון תמונות, ״המילון האישי שלי״.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🚀 מתקדמים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1"/>
                <w:szCs w:val="21"/>
                <w:rtl w:val="1"/>
              </w:rPr>
              <w:t>שורשים חלשים, מילים בעלות כמה פירושים, היסק מסדר גבוה.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🔤 שיעור 1: מש״ה – פותרים מילה חדשה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24" w:color="FFFFFF"/>
          <w:left w:val="single" w:sz="24" w:color="FFFFFF"/>
          <w:bottom w:val="single" w:sz="24" w:color="FFFFFF"/>
          <w:right w:val="single" w:sz="24" w:color="FFFFFF"/>
          <w:insideH w:val="single" w:sz="24" w:color="FFFFFF"/>
          <w:insideV w:val="single" w:sz="24" w:color="FFFFFF"/>
        </w:tblBorders>
      </w:tblPr>
      <w:tblGrid>
        <w:gridCol w:w="5103"/>
        <w:gridCol w:w="5103"/>
      </w:tblGrid>
      <w:tr>
        <w:tc>
          <w:tcPr>
            <w:tcW w:type="dxa" w:w="5103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🎯 מטרה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1"/>
                <w:szCs w:val="21"/>
                <w:rtl w:val="1"/>
              </w:rPr>
              <w:t>התלמידים והתלמידות יכירו את שלושת כלי מש״ה ויבחרו בכלי המתאים לפענוח מילה חדשה.</w:t>
            </w:r>
          </w:p>
        </w:tc>
        <w:tc>
          <w:tcPr>
            <w:tcW w:type="dxa" w:w="5103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🧰 חומרים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1"/>
                <w:szCs w:val="21"/>
                <w:rtl w:val="1"/>
              </w:rPr>
              <w:t>כרזת מש״ה · מאמן מש״ה באתר (מקרן) · דף עבודה לפי מסלול · מילונים מודפסים או דיגיטליים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⏱️ מהלך השיעור (45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1020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דקות</w:t>
            </w:r>
          </w:p>
        </w:tc>
        <w:tc>
          <w:tcPr>
            <w:tcW w:type="dxa" w:w="2449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6735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פתיחה: ״מילה מסתורית״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כותבים על הלוח מילה לא מוכרת בתוך משפט. שואלים: איך אפשר לגלות מה היא אומרת? אוספים רעיונות.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הצגת מש״ה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מציגים את הכרזה: מ – מילון, ש – שורש, ה – הקשר. לכל כלי – דוגמה אחת מהמאמן באתר.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12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תרגול מודרך במאמן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עובדים יחד על הטקסט במאמן: לכל מילה בוחרים כלי, מקבלים רמז ובוחרים פירוש. דנים: למה כאן הקשר מספיק ושם צריך מילון?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12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עבודה עצמית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א׳ בדף העבודה (מילון, שורש, הקשר) – בזוגות או לבד, לפי המסלול.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6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סיכום וכרטיס יציאה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כל אחד ואחת כותבים: ״הכלי שהכי עזר לי היום הוא… כי…״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e6defa"/>
          <w:left w:val="single" w:sz="18" w:color="e6defa"/>
          <w:bottom w:val="single" w:sz="18" w:color="e6defa"/>
          <w:right w:val="single" w:sz="18" w:color="e6defa"/>
          <w:insideH w:val="single" w:sz="18" w:color="e6defa"/>
          <w:insideV w:val="single" w:sz="18" w:color="e6defa"/>
        </w:tblBorders>
      </w:tblPr>
      <w:tblGrid>
        <w:gridCol w:w="10206"/>
      </w:tblGrid>
      <w:tr>
        <w:tc>
          <w:tcPr>
            <w:tcW w:type="dxa" w:w="10206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7"/>
                <w:bCs/>
                <w:szCs w:val="27"/>
                <w:rtl w:val="1"/>
              </w:rPr>
              <w:t>🧩 · התאמות לפי מסלול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• חנ״מ: שתי אפשרויות בכל שאלה, הקראה, ציור לכל מילה, בלי מגבלת זמן.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• עולים: מילון דו־לשוני, מילון תמונות בלחיצה, ״המילון האישי שלי״.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• מתקדמים: מילים עם שורשים חלשים ומילים בעלות כמה פירושים.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🎟️ ·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כתבו מילה חדשה שלמדתם היום, את הכלי שבו פתרתם אותה ואת פירושה.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🪪 שיעור 2: תעודת זהות של טקסט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24" w:color="FFFFFF"/>
          <w:left w:val="single" w:sz="24" w:color="FFFFFF"/>
          <w:bottom w:val="single" w:sz="24" w:color="FFFFFF"/>
          <w:right w:val="single" w:sz="24" w:color="FFFFFF"/>
          <w:insideH w:val="single" w:sz="24" w:color="FFFFFF"/>
          <w:insideV w:val="single" w:sz="24" w:color="FFFFFF"/>
        </w:tblBorders>
      </w:tblPr>
      <w:tblGrid>
        <w:gridCol w:w="5103"/>
        <w:gridCol w:w="5103"/>
      </w:tblGrid>
      <w:tr>
        <w:tc>
          <w:tcPr>
            <w:tcW w:type="dxa" w:w="5103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🎯 מטרה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1"/>
                <w:szCs w:val="21"/>
                <w:rtl w:val="1"/>
              </w:rPr>
              <w:t>התלמידים והתלמידות ימלאו תעודת זהות לטקסט ויסבירו מה כל שדה מלמד על הטקסט.</w:t>
            </w:r>
          </w:p>
        </w:tc>
        <w:tc>
          <w:tcPr>
            <w:tcW w:type="dxa" w:w="5103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🧰 חומרים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1"/>
                <w:szCs w:val="21"/>
                <w:rtl w:val="1"/>
              </w:rPr>
              <w:t>כרזת תעודת זהות · משחק ״מלאו את תעודת הזהות״ באתר · טקסטים קצרים מודפסים (מודעה, ידיעה, מכתב, כרזה)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⏱️ מהלך השיעור (45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1020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דקות</w:t>
            </w:r>
          </w:p>
        </w:tc>
        <w:tc>
          <w:tcPr>
            <w:tcW w:type="dxa" w:w="2449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6735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פתיחה: ״מי אתה, טקסט?״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מראים שלושה טקסטים בלי לקרוא אותם (מודעה, מכתב, ידיעה). שואלים: מה אפשר לדעת עליהם עוד לפני הקריאה?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חמשת השדות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כותרת, במה, מוען, נמען, תאריך – מה כל אחד מלמד ואיפה מוצאים אותו. מדגישים: לא כל שדה מופיע בכל טקסט.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 בתחנות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בקבוצות: כל קבוצה מקבלת שני טקסטים ממשחק תעודת הזהות וממלאת כרטיס. אחר כך משחקים יחד במקרן.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הרחבה: סוגה ומטרה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לכל טקסט מוסיפים: איזה סוג טקסט? למה נכתב? דנים בהבדל בין תאריך אירוע לתאריך פרסום.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כרטיס יציאה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ממלאים תעודת זהות לטקסט קצר חדש.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e6defa"/>
          <w:left w:val="single" w:sz="18" w:color="e6defa"/>
          <w:bottom w:val="single" w:sz="18" w:color="e6defa"/>
          <w:right w:val="single" w:sz="18" w:color="e6defa"/>
          <w:insideH w:val="single" w:sz="18" w:color="e6defa"/>
          <w:insideV w:val="single" w:sz="18" w:color="e6defa"/>
        </w:tblBorders>
      </w:tblPr>
      <w:tblGrid>
        <w:gridCol w:w="10206"/>
      </w:tblGrid>
      <w:tr>
        <w:tc>
          <w:tcPr>
            <w:tcW w:type="dxa" w:w="10206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7"/>
                <w:bCs/>
                <w:szCs w:val="27"/>
                <w:rtl w:val="1"/>
              </w:rPr>
              <w:t>🧩 · התאמות לפי מסלול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• חנ״מ: שלושה שדות בלבד (כותרת, מוען, נמען) ותמונה לכל שדה.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• עולים: מילון מונחים בכמה שפות.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• מתקדמים: אמינות הבמה וזיהוי אינטרס של המוען.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🎟️ ·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מי המוען ומי הנמען של ההודעה האחרונה שקיבלתם בטלפון? (בלי שמות – רק תפקידים)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🧭 שיעור 3: לפני · תוך כדי · אחרי הקריאה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24" w:color="FFFFFF"/>
          <w:left w:val="single" w:sz="24" w:color="FFFFFF"/>
          <w:bottom w:val="single" w:sz="24" w:color="FFFFFF"/>
          <w:right w:val="single" w:sz="24" w:color="FFFFFF"/>
          <w:insideH w:val="single" w:sz="24" w:color="FFFFFF"/>
          <w:insideV w:val="single" w:sz="24" w:color="FFFFFF"/>
        </w:tblBorders>
      </w:tblPr>
      <w:tblGrid>
        <w:gridCol w:w="5103"/>
        <w:gridCol w:w="5103"/>
      </w:tblGrid>
      <w:tr>
        <w:tc>
          <w:tcPr>
            <w:tcW w:type="dxa" w:w="5103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🎯 מטרה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1"/>
                <w:szCs w:val="21"/>
                <w:rtl w:val="1"/>
              </w:rPr>
              <w:t>התלמידים והתלמידות יפעילו אסטרטגיות לפני הקריאה, תוך כדי קריאה ואחריה.</w:t>
            </w:r>
          </w:p>
        </w:tc>
        <w:tc>
          <w:tcPr>
            <w:tcW w:type="dxa" w:w="5103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🧰 חומרים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1"/>
                <w:szCs w:val="21"/>
                <w:rtl w:val="1"/>
              </w:rPr>
              <w:t>כרזת לפני · תוך כדי · אחרי · טקסט קצר מודפס · מדבקות או צבעים לסימון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⏱️ מהלך השיעור (45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1020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דקות</w:t>
            </w:r>
          </w:p>
        </w:tc>
        <w:tc>
          <w:tcPr>
            <w:tcW w:type="dxa" w:w="2449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6735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7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לפני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מציגים כותרת ותמונה בלבד. כל אחד ואחת כותבים ניחוש ושאלה אחת.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תוך כדי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קוראים בפסקאות. אחרי כל פסקה: סימון ? ! ★ וכותרת קצרה לפסקה בשוליים.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12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אחרי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בודקים ניחושים, מסכמים במשפט אחד ועונים על שאלה אחת שכתבנו בהתחלה.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6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שיתוף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זוגות מספרים זה לזה את הטקסט בשלושה משפטים.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כרטיס יציאה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״באיזה שלב הכי קשה לי – ולמה?״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e6defa"/>
          <w:left w:val="single" w:sz="18" w:color="e6defa"/>
          <w:bottom w:val="single" w:sz="18" w:color="e6defa"/>
          <w:right w:val="single" w:sz="18" w:color="e6defa"/>
          <w:insideH w:val="single" w:sz="18" w:color="e6defa"/>
          <w:insideV w:val="single" w:sz="18" w:color="e6defa"/>
        </w:tblBorders>
      </w:tblPr>
      <w:tblGrid>
        <w:gridCol w:w="10206"/>
      </w:tblGrid>
      <w:tr>
        <w:tc>
          <w:tcPr>
            <w:tcW w:type="dxa" w:w="10206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7"/>
                <w:bCs/>
                <w:szCs w:val="27"/>
                <w:rtl w:val="1"/>
              </w:rPr>
              <w:t>🧩 · התאמות לפי מסלול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• חנ״מ: פסקה אחת בכל פעם, סימון בשני סימנים בלבד.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• עולים: כותרות פסקה בעזרת מחסן מילים.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• מתקדמים: ניסוח שאלת עומק לכל פסקה.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🎟️ ·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כתבו שלב אחד שעשיתם היום לפני הקריאה ושלב אחד אחריה.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🚦 שיעור 4: מילות קישור – תמרורים בטקסט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24" w:color="FFFFFF"/>
          <w:left w:val="single" w:sz="24" w:color="FFFFFF"/>
          <w:bottom w:val="single" w:sz="24" w:color="FFFFFF"/>
          <w:right w:val="single" w:sz="24" w:color="FFFFFF"/>
          <w:insideH w:val="single" w:sz="24" w:color="FFFFFF"/>
          <w:insideV w:val="single" w:sz="24" w:color="FFFFFF"/>
        </w:tblBorders>
      </w:tblPr>
      <w:tblGrid>
        <w:gridCol w:w="5103"/>
        <w:gridCol w:w="5103"/>
      </w:tblGrid>
      <w:tr>
        <w:tc>
          <w:tcPr>
            <w:tcW w:type="dxa" w:w="5103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🎯 מטרה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1"/>
                <w:szCs w:val="21"/>
                <w:rtl w:val="1"/>
              </w:rPr>
              <w:t>התלמידים והתלמידות יזהו מילות קישור כתמרורים ויסבירו את הקשר שהן יוצרות.</w:t>
            </w:r>
          </w:p>
        </w:tc>
        <w:tc>
          <w:tcPr>
            <w:tcW w:type="dxa" w:w="5103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🧰 חומרים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1"/>
                <w:szCs w:val="21"/>
                <w:rtl w:val="1"/>
              </w:rPr>
              <w:t>כרזת מילות קישור · פסקה מודפסת עם מילות קישור · צבעים: ירוק לסיבה, כחול לתוצאה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⏱️ מהלך השיעור (45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1020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דקות</w:t>
            </w:r>
          </w:p>
        </w:tc>
        <w:tc>
          <w:tcPr>
            <w:tcW w:type="dxa" w:w="2449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6735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פתיחה: תמרורים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מציגים תמרורי דרך. שואלים: מה היה קורה בכביש בלי תמרורים? ובטקסט?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שבע קבוצות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הוספה, ניגוד, סיבה, תוצאה, דוגמה, זמן, סיכום – מילה לכל קבוצה וצבע לכל קבוצה.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ציד תמרורים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מסמנים בצבעים את מילות הקישור בפסקה ומסבירים: מה הקשר בין החלקים?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השלמה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משלימים משפטים חסרים במילת קישור מתאימה ומנמקים.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כרטיס יציאה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כתבו משפט עם ״לכן״ ומשפט עם ״למרות״.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e6defa"/>
          <w:left w:val="single" w:sz="18" w:color="e6defa"/>
          <w:bottom w:val="single" w:sz="18" w:color="e6defa"/>
          <w:right w:val="single" w:sz="18" w:color="e6defa"/>
          <w:insideH w:val="single" w:sz="18" w:color="e6defa"/>
          <w:insideV w:val="single" w:sz="18" w:color="e6defa"/>
        </w:tblBorders>
      </w:tblPr>
      <w:tblGrid>
        <w:gridCol w:w="10206"/>
      </w:tblGrid>
      <w:tr>
        <w:tc>
          <w:tcPr>
            <w:tcW w:type="dxa" w:w="10206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7"/>
                <w:bCs/>
                <w:szCs w:val="27"/>
                <w:rtl w:val="1"/>
              </w:rPr>
              <w:t>🧩 · התאמות לפי מסלול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• חנ״מ: שלוש קבוצות בלבד (הוספה, ניגוד, סיבה), צבעים קבועים.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• עולים: מחסן מילים צבעוני לפי תפקיד.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• תיכון: קשרים לוגיים מורכבים וסוג הקשר בין פסקאות.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🎟️ ·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מה ההבדל בין ״כי״ לבין ״לכן״? תנו דוגמה.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☂️ שיעור 5: רעיון מרכזי – מה העיקר?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24" w:color="FFFFFF"/>
          <w:left w:val="single" w:sz="24" w:color="FFFFFF"/>
          <w:bottom w:val="single" w:sz="24" w:color="FFFFFF"/>
          <w:right w:val="single" w:sz="24" w:color="FFFFFF"/>
          <w:insideH w:val="single" w:sz="24" w:color="FFFFFF"/>
          <w:insideV w:val="single" w:sz="24" w:color="FFFFFF"/>
        </w:tblBorders>
      </w:tblPr>
      <w:tblGrid>
        <w:gridCol w:w="5103"/>
        <w:gridCol w:w="5103"/>
      </w:tblGrid>
      <w:tr>
        <w:tc>
          <w:tcPr>
            <w:tcW w:type="dxa" w:w="5103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🎯 מטרה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1"/>
                <w:szCs w:val="21"/>
                <w:rtl w:val="1"/>
              </w:rPr>
              <w:t>התלמידים והתלמידות ינסחו רעיון מרכזי במשפט אחד ויבחינו בינו לבין פרטים.</w:t>
            </w:r>
          </w:p>
        </w:tc>
        <w:tc>
          <w:tcPr>
            <w:tcW w:type="dxa" w:w="5103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4"/>
                <w:bCs/>
                <w:szCs w:val="24"/>
                <w:rtl w:val="1"/>
              </w:rPr>
              <w:t>🧰 חומרים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1"/>
                <w:szCs w:val="21"/>
                <w:rtl w:val="1"/>
              </w:rPr>
              <w:t>כרזת המטרייה · טקסט קצר בשלוש פסקאות · דף ״מטרייה ומקלות״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⏱️ מהלך השיעור (45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1020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דקות</w:t>
            </w:r>
          </w:p>
        </w:tc>
        <w:tc>
          <w:tcPr>
            <w:tcW w:type="dxa" w:w="2449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6735"/>
            <w:shd w:val="clear" w:color="auto" w:fill="DCE6FB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פתיחה: מטרייה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מציירים מטרייה על הלוח: הבד = העיקר, המקלות = פרטים.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נושא ומה נאמר עליו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מתרגלים על טקסט קצר: מה הנושא? מה נאמר עליו? משפט מפתח.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מטרייה ומקלות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בזוגות: ממלאים את דף המטרייה – רעיון מרכזי למעלה, שלושה פרטים מתחת.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בדיקה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משווים ניסוחים: האם כל הפרטים נכנסים מתחת למשפט? מה חסר או מיותר?</w:t>
            </w:r>
          </w:p>
        </w:tc>
      </w:tr>
      <w:tr>
        <w:tc>
          <w:tcPr>
            <w:tcW w:type="dxa" w:w="102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כרטיס יציאה</w:t>
            </w:r>
          </w:p>
        </w:tc>
        <w:tc>
          <w:tcPr>
            <w:tcW w:type="dxa" w:w="673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כתבו רעיון מרכזי לטקסט שקראנו – במשפט אחד, במילים שלכם.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e6defa"/>
          <w:left w:val="single" w:sz="18" w:color="e6defa"/>
          <w:bottom w:val="single" w:sz="18" w:color="e6defa"/>
          <w:right w:val="single" w:sz="18" w:color="e6defa"/>
          <w:insideH w:val="single" w:sz="18" w:color="e6defa"/>
          <w:insideV w:val="single" w:sz="18" w:color="e6defa"/>
        </w:tblBorders>
      </w:tblPr>
      <w:tblGrid>
        <w:gridCol w:w="10206"/>
      </w:tblGrid>
      <w:tr>
        <w:tc>
          <w:tcPr>
            <w:tcW w:type="dxa" w:w="10206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7"/>
                <w:bCs/>
                <w:szCs w:val="27"/>
                <w:rtl w:val="1"/>
              </w:rPr>
              <w:t>🧩 · התאמות לפי מסלול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• חנ״מ: בחירה בין שני משפטים – איזה הוא העיקר.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• עולים: תבנית ״הטקסט מספר ש…״.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• מתקדמים: רעיון מרכזי לכל פסקה ואחר כך לכל הטקסט.</w:t>
            </w:r>
          </w:p>
        </w:tc>
      </w:tr>
    </w:tbl>
    <w:p>
      <w:pPr>
        <w:bidi w:val="1"/>
        <w:spacing w:after="40"/>
        <w:jc w:val="right"/>
      </w:pP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🎟️ ·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מה ההבדל בין נושא לבין רעיון מרכזי?</w:t>
            </w:r>
          </w:p>
        </w:tc>
      </w:tr>
    </w:tbl>
    <w:p>
      <w:pPr>
        <w:bidi w:val="1"/>
        <w:spacing w:after="40"/>
        <w:jc w:val="righ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מערכי שיעור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מערכי שיעור – קוראים חכם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