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🧭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🎈 יסודי   ·   📘 רגיל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לפני · תוך כדי · אחרי הקריאה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״לפני · תוך כדי · אחרי הקריאה״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״לפני · תוך כדי · אחרי הקריאה״.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יסודי · רגיל. כל הפריטים והרחבות.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עליז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ב. שמח ומלא חיים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סקרן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רוצה לדעת דברים חדשים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עקשן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לא מוותר ולא משנה את דעתו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נבוך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מרגיש לא נעים, מתבייש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5.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זריז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עושה דברים מהר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מגדל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ג־ד־ל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גדול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ש־ח־ק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לשחק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תחנה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חנייה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כ־ת־ב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כתיבה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ספרייה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ס־פ־ר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ספר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נבח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השמיע את הקול של הכלב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הפשיר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נמס, הפך למים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חמק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ברח בזריזות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מנמנם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ישן שינה קלה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1.9.2026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לפני · תוך כדי · אחרי הקריאה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כותרות אפשריות לפסקאות: (1) צמחים על אדן החלון; (2) מזמינים את השכנים לשתול; (3) בניין ירוק ושכנים קרובים.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סיכום אפשרי: משפחה אחת חילקה שתילים לשכנים, הבניין נעשה ירוק והשכנים התקרבו זה לזה.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יסודי – למה נכתב הטקסט: כדי להזמין ולמסור מידע (להירשם לחוג).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יסודי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בדף זה תתרגלו שלוש אסטרטגיות של קוראים חכמים: מש״ה לפתרון מילים חדשות, תעודת זהות לטקסט, ואסטרטגיה שלישית לקריאה מעמיקה.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עליז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עצוב ושקט     ◯ שמח ומלא חיים     ◯ כועס מאוד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סקרן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רוצה לדעת דברים חדשים     ◯ לא אוהב לשאול     ◯ מפחד מכל דבר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עקשן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לא מוותר ולא משנה את דעתו     ◯ משנה דעה כל רגע     ◯ ישן הרבה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נבוך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גאה בעצמו     ◯ רעב מאוד     ◯ מרגיש לא נעים, מתבייש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זריז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עושה דברים מהר     ◯ מדבר בקול רם     ◯ עושה דברים לאט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מגדל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משחק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תחנה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מכתב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ספרייה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הכלב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נבח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בקול על הדוור, ואחותי הקטנה נבהלה מהרעש.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נבח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אחרי שהשלג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הפשיר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, נשארו בחצר רק שלוליות.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הפשיר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הדג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חמק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מהרשת ושחה מהר הרחק משם.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חמק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סבא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מנמנם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על הספה, ולכן דיברנו בשקט.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מנמנם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 ומלאו את תעודת הזהות שלו. היעזרו בכותרת, בחתימה ובשורה התחתונה.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🎯 למה לדעתכם נכתב הטקסט? ◯ כדי לספר סיפור   ◯ כדי להזמין ולמסור מידע   ◯ כדי לשכנע לקנות מוצר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לפני · תוך כדי · אחרי הקריאה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כבר יודע/ת על גידול צמחים בבית?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לכל פסקה כותרת קצרה (2–4 מילים).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פסקה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הכותרת שלי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סימון: ? / ! / ★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1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2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3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סימונים: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ספרו את הטקסט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יסודי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יסודי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