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לפני · תוך כדי · אחרי הקריאה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🧭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🎈 יסודי   ·   💛 חנ״מ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לפני · תוך כדי · אחרי הקריאה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ימלאו תעודת זהות לטקסט (כותרת, במה, מוען, נמען, תאריך).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יתרגלו את האסטרטגיה ״לפני · תוך כדי · אחרי הקריאה״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מתרגלים את ״לפני · תוך כדי · אחרי הקריאה״.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הזמנים הם הצעה בלבד – אין לחץ זמן. בחנ״מ ובעולים אפשר לחלק את הדף לשני שיעורים.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הדף הזה: מסלול יסודי · חנ״מ. גופן גדול, עד שלוש אפשרויות בשאלה, שלושה פריטים בכל משימה, אימוג׳י ליד כל מילה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⭐ 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עליז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א. שמח ומלא חיים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סקרן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א. רוצה לדעת דברים חדשים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עקשן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ב. לא מוותר ולא משנה את דעתו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מגדל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ג־ד־ל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גדול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ש־ח־ק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לשחק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תחנה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ח־נ־ה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חנייה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נבח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השמיע את הקול של הכלב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הפשיר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נמס, הפך למים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חמק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ברח בזריזות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חוג רובוטיקה לנוער – נרשמים עכשיו!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לוח המודעות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צוות החוגים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בני ובנות נוער בגילי 12–15 (והוריהם)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1.9.2026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בחנ״מ מסמנים בין שתי אפשרויות: התשובה הנכונה היא זו שבטבלה.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ג׳: לפני · תוך כדי · אחרי הקריאה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לפני: כל ניחוש סביר שמתבסס על הכותרת (למשל: ״טקסט על צמחים ליד חלון״).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כותרות אפשריות לפסקאות: (1) צמחים על אדן החלון; (2) מזמינים את השכנים לשתול.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השלמה: המשפחה נתנה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שתילים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לשכנים.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שדה אחד בתעודת הזהות ולמה הוא חשוב (למשל: התאריך מראה אם המידע עדכני).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התלמיד/ה · יסודי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היום נלמד לפתור מילים חדשות ולהכיר טקסט לפני שקוראים אותו.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📖 1. מילון: הקיפו את הפירוש הנכון.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😄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עליז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שמח ומלא חיים     ◯ עצוב ושקט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🧐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סקרן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רוצה לדעת דברים חדשים     ◯ לא אוהב לשאול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😤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עקשן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משנה דעה כל רגע     ◯ לא מוותר ולא משנה את דעתו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🌳 2. שורש: כתבו את השורש ומילה מוכרת מאותה 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דוגמה: מכתב ← כ־ת־ב ← כתיבה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🗼 מגדל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🎲 משחק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🚏 תחנה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🐕 הכלב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נבח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בקול על הדוור, ואחותי הקטנה נבהלה מהרעש.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השמיע את הקול של הכלב     ◯ אכל עצם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💧 אחרי שהשלג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הפשיר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, נשארו בחצר רק שלוליות.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ירד עוד שלג     ◯ נמס, הפך למים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🐟 הדג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חמק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מהרשת ושחה מהר הרחק משם.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ברח בזריזות     ◯ נתפס ברשת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קראו את הטקסט. מלאו את תעודת הזהות שלו.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🤖 חוג רובוטיקה לנוער – נרשמים עכשיו!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בונים, מתכנתים ומתחרים – בקבוצה קטנה ובאווירה טובה.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ימי שלישי, 17:00–18:30, באולם הקומה השנייה.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מתאים לגילאי 12–15. לא צריך ניסיון קודם!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להרשמה: במשרדי המרכז הקהילתי ״גני האלון״.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הקיפו את התשובה הנכונה: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מה מתאים?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ימי שלישי, 17:00–18:30   /   ◯ חוג רובוטיקה לנוער – נרשמים עכשיו!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צוות החוגים של המרכז הקהילתי   /   ◯ בני ובנות הנוער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צוות החוגים   /   ◯ בני ובנות נוער בגילי 12–15 (והוריהם)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36"/>
                <w:bCs/>
                <w:szCs w:val="36"/>
                <w:rtl w:val="1"/>
              </w:rPr>
              <w:t>ג׳ · לפני · תוך כדי · אחרי הקריאה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לפני הקריאה – תוך כדי הקריאה – אחרי הקריאה. עבדו לפי הסדר.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👁️ לפני: מציצים בכותרת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כותרת הטקסט: ״החלון הירוק״. על מה, לדעתכם,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✏️ תוך כדי: קוראים ועוצרים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בחרו כותרת לכל פסקה: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פסקה 1: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🪴 צמחים על אדן החלון     ◯ 🚌 נסיעה באוטובוס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פסקה 2: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⚽ משחק בחצר     ◯ 📄 מודעה לשכנים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✅ אחרי: בודקים ומסכמים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האם הניחוש שלי התאים? ◯ כן ◯ חלקית ◯ לא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השלימו: המשפחה נתנה ________ לשכנים.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מילה חדשה שלמדתי: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 ◯ 🙂  ◯ 😕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יסודי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יסודי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