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36"/>
          <w:bCs/>
          <w:szCs w:val="36"/>
          <w:rtl w:val="1"/>
        </w:rPr>
        <w:t>🔎 קוראים חכם · אסטרטגיות קריאה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עבודה – קוראים חכם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מש״ה · תעודת זהות · רעיון מרכזי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 w:val="0"/>
          <w:sz w:val="80"/>
          <w:szCs w:val="80"/>
          <w:rtl w:val="1"/>
        </w:rPr>
        <w:t>📖 🌳 🧩 🪪 ☂️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36"/>
          <w:bCs/>
          <w:szCs w:val="36"/>
          <w:rtl w:val="1"/>
        </w:rPr>
        <w:t>🚀 חט״ב   ·   💛 חנ״מ   ·   👩‍🏫 מהדורת מורה + תלמיד/ה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34"/>
          <w:bCs/>
          <w:szCs w:val="34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1. מהדורה למורה: הנחיות,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2. חלק א׳ – מש״ה: מילון · שורש · הקשר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3. חלק ב׳ – תעודת זהות של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4. חלק ג׳ – רעיון מרכזי – מה העיקר?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34"/>
          <w:bCs/>
          <w:szCs w:val="34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32"/>
          <w:bCs/>
          <w:szCs w:val="32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התלמידים והתלמידות יפענחו מילים חדשות בעזרת שלושת כלי מש״ה: מילון, שורש והקשר.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ימלאו תעודת זהות לטקסט (כותרת, במה, מוען, נמען, תאריך) ויזהו סוגה ומטרה.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יתרגלו את האסטרטגיה ״רעיון מרכזי – מה העיקר?״ על טקסט קצר.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איך עובדים עם הדף (שיעור של 45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112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דקות</w:t>
            </w:r>
          </w:p>
        </w:tc>
        <w:tc>
          <w:tcPr>
            <w:tcW w:type="dxa" w:w="2449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שלב</w:t>
            </w:r>
          </w:p>
        </w:tc>
        <w:tc>
          <w:tcPr>
            <w:tcW w:type="dxa" w:w="663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מה עושים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פתיחה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מציגים את כרזת מש״ה ושואלים: ״מה עושים כשנתקעים במילה?״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חלק א׳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עבודה בזוגות או לבד; עוצרים לדיון קצר: איזה כלי עזר בכל מילה?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חלק ב׳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קוראים יחד את הטקסט ממלאים את תעודת הזהות; בודקים במליאה.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חלק ג׳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מתרגלים את ״רעיון מרכזי״.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סיכום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כרטיס יציאה – גוזרים ואוספים.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31"/>
          <w:szCs w:val="31"/>
          <w:rtl w:val="1"/>
        </w:rPr>
        <w:t>הזמנים הם הצעה בלבד – אין לחץ זמן. בחנ״מ ובעולים אפשר לחלק את הדף לשני שיעורים.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9"/>
          <w:szCs w:val="29"/>
          <w:rtl w:val="1"/>
        </w:rPr>
        <w:t>הדף הזה: מסלול חט״ב · חנ״מ. גופן גדול, עד שלוש אפשרויות בשאלה, שלושה פריטים בכל משימה, אימוג׳י ליד כל מילה ומקום רחב לכתיבה.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  <w:shd w:val="clear" w:color="auto" w:fill="FFF1C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⭐ 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🔑 תשובות – חלק א׳: מש״ה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1. מילון – הפירוש המתאים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עין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ב. מעיין, מקור מים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גל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ב. תקופה של חום חריג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פסקה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ב. קבעה, החליטה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2. שורש – מוצאים את המשפחה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מילה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שורש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מילה מוכרת מאותה משפחה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התכתבות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כ־ת־ב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מכתב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מעבורת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ע־ב־ר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מעבר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משקפת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ש־ק־פ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שקוף (או מילה נכונה אחרת)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3. הקשר – מה פירוש המילה?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פסטורלי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כפרי, שליו ורגוע (רמז: דוגמאות)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חסכן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שומר על כספו ולא מבזבז (רמז: ניגוד)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עקב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בגלל (רמז: סיבה)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🔑 תשובות – חלק ב׳: תעודת זהות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צבי מים נראו שוב בנחל אחרי עשר שנים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אתר החדשות המקומי ״קול העמק״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שירה מעיינות (כתבת)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תושבי העמק וקוראי האתר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9 במרץ 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ידיעה חדשותית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למסור מידע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9"/>
          <w:szCs w:val="29"/>
          <w:rtl w:val="1"/>
        </w:rPr>
        <w:t>בחנ״מ מסמנים בין שתי אפשרויות: התשובה הנכונה היא זו שבטבלה.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🔑 תשובות – חלק ג׳: רעיון מרכזי – מה העיקר?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הנושא: יוזמת צמחים בבניין / ״החלון הירוק״. מה נאמר: הצמחים התפשטו לכל הבניין והשכנים התקרבו.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פרטים אפשריים: עציצי בזיליקום, נענע ופלפל; מודעה בכניסה לבניין; חזית הבניין הפכה לירוקה; שכנים מחליפים עצות.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הרעיון המרכזי: א. יוזמה של משפחה אחת לשתול צמחים הפכה את הבניין לירוק וקירבה בין השכנים.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כרטיס יציאה – מה מחפשים?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שם של כלי אחד ממש״ה + הסבר קצר איך עזר.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מילה חדשה ופירוש נכון במשפט.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שדה אחד בתעודת הזהות ולמה הוא חשוב (למשל: התאריך מראה אם המידע עדכני).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📝 דף התלמיד/ה · חט״ב · חנ״מ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כיתה: 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תאריך: 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היום נלמד לפתור מילים חדשות ולהכיר טקסט לפני שקוראים אותו.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6"/>
                <w:bCs/>
                <w:szCs w:val="36"/>
                <w:rtl w:val="1"/>
              </w:rPr>
              <w:t>א׳ · מש״ה – מילון · שורש ·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📖 1. מילון: הקיפו את הפירוש הנכון.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לכל מילה יש כמה פירושים במילון. בחרו את הפירוש שמתאים למשפט.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1. 💧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עין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 המים בשמורה זורמת כל השנה.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איבר הראייה     ◯ מעיין, מקור מים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2. 🌡️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גל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 של חום הגיע לאזור.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תנועת מים בים     ◯ תקופה של חום חריג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3. ⚖️ השופטת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פסקה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 שהשחקן נגע בכדור ביד.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חלק בטקסט     ◯ קבעה, החליטה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🌳 2. שורש: כתבו את השורש ומילה מוכרת מאותה משפחה.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דוגמה: מכתב ← כ־ת־ב ← כתיבה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מילה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השורש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מילה מוכרת מאותה משפחה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💌 התכתבות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⛴️ מעבורת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🔭 משקפת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🧩 3. הקשר: קראו את המשפט. מה פירוש המילה המודגשת?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1. 🐄 הנוף היה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פסטורלי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: שדות ירוקים, פרות רועות ונחל שקט.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כפרי, שליו ורגוע     ◯ רועש ומלא בניינים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2. 🐷 בניגוד לאחיו הבזבזן, נועם היה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חסכן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בזבזן     ◯ שומר על כספו ולא מבזבז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3. 🌧️ המסיבה נדחתה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עקב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 הגשם החזק.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בגלל     ◯ למרות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36"/>
                <w:bCs/>
                <w:szCs w:val="36"/>
                <w:rtl w:val="1"/>
              </w:rPr>
              <w:t>ב׳ · תעודת זהות של 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קראו את הטקסט. מלאו את תעודת הזהות שלו.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צבי מים נראו שוב בנחל אחרי עשר שנים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לאחר מבצע ניקוי שנמשך שנתיים, דווח השבוע על צבי מים שחזרו לשחות בנחל העובר בעמק.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לדברי פקח/ית שמורת הטבע, הצבים חזרו בזכות המים הנקיים והצמחייה שנשתלה מחדש על הגדות.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תושבים מתבקשים לא להאכיל את הצבים ולא להתקרב אליהם.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הקיפו את התשובה הנכונה: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שדה</w:t>
                  </w:r>
                </w:p>
              </w:tc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מה מתאים?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◯ צבי מים נראו שוב בנחל אחרי עשר שנים   /   ◯ קול העמק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◯ שירה מעיינות (כתבת)   /   ◯ הצבים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🎯 נמען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◯ הצבים   /   ◯ תושבי העמק וקוראי האתר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36"/>
                <w:bCs/>
                <w:szCs w:val="36"/>
                <w:rtl w:val="1"/>
              </w:rPr>
              <w:t>ג׳ · רעיון מרכזי – מה העיקר?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הרעיון המרכזי הוא המטרייה – כל הפרטים עומדים מתחתיה. קראו את הטקסט ומלאו את המטרייה.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🪟 החלון הירוק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(1) בקומה השלישית של בניין ישן ברחוב צר גרה משפחה שאהבה צמחים. על אדן החלון שלהם עמדו עציצים של בזיליקום, נענע ופלפל קטן.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(2) באביב החליטו בני המשפחה להזמין את השכנים לשתול גם הם. הם הדפיסו מודעה קטנה ותלו אותה בכניסה לבניין: ״כל מי שרוצה שתיל – מוזמן לדפוק אצלנו.״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(3) בתוך חודש הפכה חזית הבניין לירוקה. שכנים שלא דיברו זה עם זה שנים התחילו להחליף עצות על השקיה, ובערבים נשמעו צחוקים מהמרפסות.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E0CC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☂️ הנושא (מילה או שתיים):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E0CC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☂️ מה נאמר על הנושא?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פרט אחד מהטקסט: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7D6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פרט</w:t>
                  </w:r>
                </w:p>
              </w:tc>
            </w:tr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איזה משפט הוא הרעיון המרכזי? הקיפו.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יוזמה של משפחה אחת לשתול צמחים הפכה את הבניין לירוק וקירבה בין השכנים.     ◯ על אדן החלון עמדו עציצים של בזיליקום ונענע.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8"/>
                <w:bCs/>
                <w:szCs w:val="38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הכלי שהכי עזר לי: ◯ 📖 מילון   ◯ 🌳 שורש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מילה חדשה שלמדתי: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איך הרגשתי? ◯ 😀  ◯ 🙂  ◯ 😕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עבודה · חט״ב · חנ״מ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· חט״ב · חנ״מ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